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Guide_orclever"/>
      </w:pPr>
      <w:r>
        <w:t>HOW TO USE THIS DRAFT — read once, then delete this grey block.</w:t>
      </w:r>
    </w:p>
    <w:p>
      <w:pPr>
        <w:pStyle w:val="Guide_orclever"/>
      </w:pPr>
      <w:r>
        <w:t>1. This file is only for preparing your abstract; no file is uploaded with an abstract. When it is ready, copy the title, the abstract and the keywords into the form on the submission page.</w:t>
      </w:r>
    </w:p>
    <w:p>
      <w:pPr>
        <w:pStyle w:val="Guide_orclever"/>
      </w:pPr>
      <w:r>
        <w:t>2. Every [[…]] is a blank. Replace the whole thing, brackets included.</w:t>
      </w:r>
    </w:p>
    <w:p>
      <w:pPr>
        <w:pStyle w:val="Guide_orclever"/>
      </w:pPr>
      <w:r>
        <w:t>3. Abstracts are accepted in English only — the title, the abstract and the keywords. The title needs at least 10 characters. The abstract is a single paragraph of 30–600 words: the question, what you did, what you found and why it matters.</w:t>
      </w:r>
    </w:p>
    <w:p>
      <w:pPr>
        <w:pStyle w:val="Guide_orclever"/>
      </w:pPr>
      <w:r>
        <w:t>4. Give 2–8 keywords; the form takes them one at a time.</w:t>
      </w:r>
    </w:p>
    <w:p>
      <w:pPr>
        <w:pStyle w:val="Guide_orclever"/>
      </w:pPr>
      <w:r>
        <w:t>5. Do not type author names, affiliations or ORCID iDs here: they are entered in the form's Authors section.</w:t>
      </w:r>
    </w:p>
    <w:p>
      <w:pPr>
        <w:pStyle w:val="Guide_orclever"/>
        <w:spacing w:before="200" w:after="200"/>
        <w:jc w:val="center"/>
      </w:pPr>
      <w:r>
        <w:t>— — —   your abstract starts below   — — —</w:t>
      </w:r>
    </w:p>
    <w:p>
      <w:pPr>
        <w:pStyle w:val="TITLE_orclever"/>
      </w:pPr>
      <w:r>
        <w:t>[[Title of your talk]]</w:t>
      </w:r>
    </w:p>
    <w:p>
      <w:pPr>
        <w:pStyle w:val="abstract_header_orclever"/>
      </w:pPr>
      <w:r>
        <w:t>Abstract</w:t>
      </w:r>
    </w:p>
    <w:p>
      <w:pPr>
        <w:pStyle w:val="Abstract_orclever"/>
      </w:pPr>
      <w:r>
        <w:t>[[Write the abstract here as a single paragraph of 30–600 words: the research question, the method, the findings and the contribution]]</w:t>
      </w:r>
    </w:p>
    <w:p>
      <w:pPr>
        <w:pStyle w:val="Keywords_orclever"/>
      </w:pPr>
      <w:r>
        <w:t>Keywords: [[keyword one, keyword two, keyword three]]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Palatino Linotype" w:hAnsi="Palatino Linotype"/>
        <w:color w:val="8A919E"/>
        <w:sz w:val="16"/>
      </w:rPr>
      <w:t>Abstract draft · English · not uploaded — typed into the submission form · v1.0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120"/>
    </w:pPr>
    <w:rPr>
      <w:rFonts w:ascii="Palatino Linotype" w:hAnsi="Palatino Linotype"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_orclever">
    <w:name w:val="TITLE_orclever"/>
    <w:basedOn w:val="Normal"/>
    <w:qFormat/>
    <w:pPr>
      <w:spacing w:line="240" w:lineRule="auto" w:before="0" w:after="240"/>
      <w:jc w:val="center"/>
    </w:pPr>
    <w:rPr>
      <w:rFonts w:ascii="Palatino Linotype" w:hAnsi="Palatino Linotype"/>
      <w:b/>
      <w:sz w:val="36"/>
    </w:rPr>
  </w:style>
  <w:style w:type="paragraph" w:customStyle="1" w:styleId="Guide_orclever">
    <w:name w:val="Guide_orclever"/>
    <w:basedOn w:val="Normal"/>
    <w:qFormat/>
    <w:pPr>
      <w:spacing w:line="240" w:lineRule="auto" w:before="0" w:after="60"/>
      <w:jc w:val="left"/>
    </w:pPr>
    <w:rPr>
      <w:rFonts w:ascii="Palatino Linotype" w:hAnsi="Palatino Linotype"/>
      <w:i/>
      <w:color w:val="5B6373"/>
      <w:sz w:val="18"/>
    </w:rPr>
  </w:style>
  <w:style w:type="paragraph" w:customStyle="1" w:styleId="abstract_header_orclever">
    <w:name w:val="abstract_header_orclever"/>
    <w:basedOn w:val="Normal"/>
    <w:qFormat/>
    <w:pPr>
      <w:spacing w:line="240" w:lineRule="auto" w:before="240" w:after="80"/>
    </w:pPr>
    <w:rPr>
      <w:rFonts w:ascii="Palatino Linotype" w:hAnsi="Palatino Linotype"/>
      <w:b/>
      <w:sz w:val="24"/>
    </w:rPr>
  </w:style>
  <w:style w:type="paragraph" w:customStyle="1" w:styleId="Abstract_orclever">
    <w:name w:val="Abstract_orclever"/>
    <w:basedOn w:val="Normal"/>
    <w:qFormat/>
    <w:pPr>
      <w:spacing w:line="240" w:lineRule="auto" w:before="0" w:after="120"/>
      <w:jc w:val="both"/>
    </w:pPr>
    <w:rPr>
      <w:rFonts w:ascii="Palatino Linotype" w:hAnsi="Palatino Linotype"/>
      <w:sz w:val="24"/>
    </w:rPr>
  </w:style>
  <w:style w:type="paragraph" w:customStyle="1" w:styleId="Keywords_orclever">
    <w:name w:val="Keywords_orclever"/>
    <w:basedOn w:val="Normal"/>
    <w:qFormat/>
    <w:pPr>
      <w:spacing w:line="240" w:lineRule="auto" w:before="0" w:after="120"/>
      <w:jc w:val="both"/>
    </w:pPr>
    <w:rPr>
      <w:rFonts w:ascii="Palatino Linotype" w:hAnsi="Palatino Linotype"/>
      <w:sz w:val="22"/>
    </w:rPr>
  </w:style>
  <w:style w:type="paragraph" w:customStyle="1" w:styleId="Main_Header_orclever">
    <w:name w:val="Main_Header_orclever"/>
    <w:basedOn w:val="Normal"/>
    <w:qFormat/>
    <w:pPr>
      <w:spacing w:line="240" w:lineRule="auto" w:before="280" w:after="120"/>
    </w:pPr>
    <w:rPr>
      <w:rFonts w:ascii="Palatino Linotype" w:hAnsi="Palatino Linotype"/>
      <w:b/>
      <w:sz w:val="24"/>
    </w:rPr>
  </w:style>
  <w:style w:type="paragraph" w:customStyle="1" w:styleId="Sub_title_orclever">
    <w:name w:val="Sub_title_orclever"/>
    <w:basedOn w:val="Normal"/>
    <w:qFormat/>
    <w:pPr>
      <w:spacing w:line="240" w:lineRule="auto" w:before="200" w:after="80"/>
    </w:pPr>
    <w:rPr>
      <w:rFonts w:ascii="Palatino Linotype" w:hAnsi="Palatino Linotype"/>
      <w:b/>
      <w:i/>
      <w:sz w:val="24"/>
    </w:rPr>
  </w:style>
  <w:style w:type="paragraph" w:customStyle="1" w:styleId="2.sub_title_orclever">
    <w:name w:val="2.sub_title_orclever"/>
    <w:basedOn w:val="Normal"/>
    <w:qFormat/>
    <w:pPr>
      <w:spacing w:line="240" w:lineRule="auto" w:before="160" w:after="80"/>
    </w:pPr>
    <w:rPr>
      <w:rFonts w:ascii="Palatino Linotype" w:hAnsi="Palatino Linotype"/>
      <w:i/>
      <w:sz w:val="22"/>
    </w:rPr>
  </w:style>
  <w:style w:type="paragraph" w:customStyle="1" w:styleId="text_main_orclever">
    <w:name w:val="text_main_orclever"/>
    <w:basedOn w:val="Normal"/>
    <w:qFormat/>
    <w:pPr>
      <w:spacing w:line="240" w:lineRule="auto" w:before="0" w:after="120"/>
      <w:ind w:firstLine="680"/>
      <w:jc w:val="both"/>
    </w:pPr>
    <w:rPr>
      <w:rFonts w:ascii="Palatino Linotype" w:hAnsi="Palatino Linotype"/>
      <w:sz w:val="24"/>
    </w:rPr>
  </w:style>
  <w:style w:type="paragraph" w:customStyle="1" w:styleId="Figure_anchor_orclever">
    <w:name w:val="Figure_anchor_orclever"/>
    <w:basedOn w:val="Normal"/>
    <w:qFormat/>
    <w:pPr>
      <w:spacing w:line="240" w:lineRule="auto" w:before="200" w:after="40"/>
      <w:jc w:val="center"/>
    </w:pPr>
    <w:rPr>
      <w:rFonts w:ascii="Palatino Linotype" w:hAnsi="Palatino Linotype"/>
      <w:b/>
      <w:color w:val="1D4ED8"/>
      <w:sz w:val="22"/>
    </w:rPr>
  </w:style>
  <w:style w:type="paragraph" w:customStyle="1" w:styleId="Figure_name_orclever">
    <w:name w:val="Figure_name_orclever"/>
    <w:basedOn w:val="Normal"/>
    <w:qFormat/>
    <w:pPr>
      <w:spacing w:line="240" w:lineRule="auto" w:before="0" w:after="200"/>
      <w:jc w:val="center"/>
    </w:pPr>
    <w:rPr>
      <w:rFonts w:ascii="Palatino Linotype" w:hAnsi="Palatino Linotype"/>
      <w:sz w:val="22"/>
    </w:rPr>
  </w:style>
  <w:style w:type="paragraph" w:customStyle="1" w:styleId="Table_name_orclever">
    <w:name w:val="Table_name_orclever"/>
    <w:basedOn w:val="Normal"/>
    <w:qFormat/>
    <w:pPr>
      <w:spacing w:line="240" w:lineRule="auto" w:before="200" w:after="80"/>
      <w:jc w:val="center"/>
    </w:pPr>
    <w:rPr>
      <w:rFonts w:ascii="Palatino Linotype" w:hAnsi="Palatino Linotype"/>
      <w:sz w:val="22"/>
    </w:rPr>
  </w:style>
  <w:style w:type="paragraph" w:customStyle="1" w:styleId="References_Header_orclever">
    <w:name w:val="References_Header_orclever"/>
    <w:basedOn w:val="Normal"/>
    <w:qFormat/>
    <w:pPr>
      <w:spacing w:line="240" w:lineRule="auto" w:before="280" w:after="120"/>
    </w:pPr>
    <w:rPr>
      <w:rFonts w:ascii="Palatino Linotype" w:hAnsi="Palatino Linotype"/>
      <w:b/>
      <w:sz w:val="24"/>
    </w:rPr>
  </w:style>
  <w:style w:type="paragraph" w:customStyle="1" w:styleId="References_item_orclever">
    <w:name w:val="References_item_orclever"/>
    <w:basedOn w:val="Normal"/>
    <w:qFormat/>
    <w:pPr>
      <w:spacing w:line="240" w:lineRule="auto" w:before="0" w:after="60"/>
      <w:jc w:val="both"/>
    </w:pPr>
    <w:rPr>
      <w:rFonts w:ascii="Palatino Linotype" w:hAnsi="Palatino Linotype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abstract draft (English)</dc:title>
  <dc:subject/>
  <dc:creator>python-docx</dc:creator>
  <cp:keywords/>
  <dc:description>Orclever conference abstract draft. Copy the text into the submission form; the file itself is not uploaded.</dc:description>
  <cp:lastModifiedBy/>
  <cp:revision>1</cp:revision>
  <dcterms:created xsi:type="dcterms:W3CDTF">2013-12-23T23:15:00Z</dcterms:created>
  <dcterms:modified xsi:type="dcterms:W3CDTF">2013-12-23T23:15:00Z</dcterms:modified>
  <cp:category>orclever-abstract-draft:en:1.0</cp:category>
</cp:coreProperties>
</file>